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משש תחנות הלשון: הבנה, חלקי דיבר, שורש,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ולהשתמש במילות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ובמילת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ברוב המילים בעברית השורש מורכב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מביעה ויתור, לא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השימושים העיקריים של הפסיק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 בין סימן פיסוק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(סימון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(הפרדה בין חלקי משפט או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הפעולות למציאת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המילה שבה רוצים לאתר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 וסיומות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המילה למילים דומות באותה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שלוש האותיות המשותפות - זהו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כתיבה עם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במילת היום, מילת קישור מתאימה וסימני פיסוק נכונים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 / אך /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ולבצע כסבב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מילת היום ולדון במשמעותה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ואפשר להשמיטם בכיתת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נעבור על עיקרי התחנות במסע הלשון: חלקי דיבר, שורש ומשפחת מילים, מילות קישור, סימני פיסוק ואוצר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אבל  ·  רגועים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א: שאלות רב-ברירה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שורש המילה "מתרגשים"?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מילת קישור שמביעה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חלק דיבר היא המילה "רץ" במשפט "הילד רץ 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הוא לרוב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"למרות ש" מביעה הוספה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"סבלנות" פירושה היכולת לחכות ולהישאר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"קראתי ספר, __________ לא סיימתי אותו" - מילת הקישור המתאימה היא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ד: התאמה בין סימן פיסוק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הפרדה בין חלקי משפט או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סימון סוף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ה: סדר הפעולות למציאת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הסירו תחיליות וסיומות מהמילה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המילה שבה רוצים לאתר את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 את שלוש האותיות המשותפות - זהו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את המילה למילים דומות באותה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ו: כתיבה עם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מצב שבו צריך סבלנות. השתמשו לפחות במילת קישור אחת ובסימני פיסוק מתאימים.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 המילה "מתרגשים"?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של ו׳ –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