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משש תחנות הלשון: הבנה, חלקי דיבר, שורש,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ולהשתמש במילות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ובמילת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ברוב המילים בעברית השורש מורכב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מביעה ויתור, לא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השימושים העיקריים של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תפקידו של שם התואר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סימן קריאה מביע רגש חזק או ציווי, 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 בין סימן פיסוק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(סימון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(הפרדה בין חלקי משפט או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(ציטוט דברי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הפעולות למציאת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המילה שבה רוצים לאתר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 וסיומות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המילה למילים דומות באותה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שלוש האותיות המשותפות - זהו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כתיבה עם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במילת היום, מילת קישור מתאימה וסימני פיסוק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שהמילים מאותו שורש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 / אך /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ולבצע כסבב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מילת היום ולדון במשמעותה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ואפשר להשמיטם בכיתת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וכללים מהמסע: סוגי מילים, שורש, מילות חיבור, סימני פיסוק ומילה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משפט, כמו כי או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שעוזר להבין את המשפט, כמו נקודה או פסיק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לחכות ולהישאר רגועים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רב-ברירה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שלוש האותיות החוזרות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למשפט עם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עונה על השאלה "למה?"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שמים בסוף משפט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לרוב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 ש" מביעה הוספה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רק לשאלות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"סבלנות" פירושה היכולת לחכות ולהישאר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"קראתי ספר, __________ לא סיימתי אותו" - מילת הקישור המתאימה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המילה "התלבשות"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"ציפור", "ציפורים" ו"לצפצף" שייכות למשפחת מילים עם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 בין סימן פיסוק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הפרדה בין חלקי משפט או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ציטוט דברי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סדר הפעולות למציאת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תחיליות וסיומות מהמילה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המילה שבה רוצים לאתר את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שלוש האותיות המשותפות - זהו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המילה למילים דומות באותה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כתיבה עם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מצב שבו צריך סבלנות. השתמשו לפחות במילת קישור אחת ובסימני פיסוק מתאימים.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משורש אחד (למשל מהשורש צפר) וכתבו איתן משפט אחד משותף.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המילה "מתרגשים"?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סימן פיסוק מסיימים משפט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של ו׳ –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