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הלשון של ו׳ – שש תחנות בלשון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 יסוד משש תחנות הלשון: הבנה, חלקי דיבר, שורש, מילות קישור, פיסוק ואוצר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 ומשפחת מילים ולהשתמש במילות קישור מתאימות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בסימני פיסוק ובמילת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א: שאלות רב-ברירה מכל התחנות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נקודה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ב: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ברוב המילים בעברית השורש מורכב משלוש אותיות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מביעה ויתור, לא הוספה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אחד השימושים העיקריים של הפסיק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תפקידו של שם התואר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סימן קריאה מביע רגש חזק או ציווי, לא 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ג: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רגועים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סימן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ד: התאמה בין סימן פיסוק לתפקידו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(סימון סוף 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(הפרדה בין חלקי משפט או פריטים ברשימה)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(הבעת רגש חזק)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(שאלה)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(ציטוט דברי מישהו)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ה: סדר הפעולות למציאת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מצאו את המילה שבה רוצים לאתר את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הסירו תחיליות וסיומות מהמילה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השוו את המילה למילים דומות באותה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זהו את שלוש האותיות המשותפות - זהו השורש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ו: כתיבה עם מילת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שימוש נכון במילת היום, מילת קישור מתאימה וסימני פיסוק נכונים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לבדוק שהמילים מאותו שורש ושהמשפט הגיוני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אבל / אך / אולם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סימן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לפי תחנות ולבצע כסבב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בקול את מילת היום ולדון במשמעותה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הפריטים המסומנים כקשים מתאימים לתלמידים מתקדמים ואפשר להשמיטם בכיתת חינוך 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הלשון של ו׳ – שש תחנות בלשון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נעבור על עיקרי התחנות במסע הלשון: חלקי דיבר, שורש ומשפחת מילים, מילות קישור, סימני פיסוק ואוצר מילים.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א: שאלות רב-ברירה מכל התחנות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שורש המילה "מתרגשים"?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רגשת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היא מילת קישור שמביעה ניגוד?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חלק דיבר היא המילה "רץ" במשפט "הילד רץ מהר"?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מביעה סיבה?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סימן פיסוק מסמן סוף משפט רגיל?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סימן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סימן שאלה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ב: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שורש הוא לרוב בן שלוש אותיות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הקישור "למרות ש" מביעה הוספה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פסיק משמש להפרדה בין פריטים ברשימה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מתאר שם 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קריאה משמש רק לשאלות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ג: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"סבלנות" פירושה היכולת לחכות ולהישאר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"קראתי ספר, __________ לא סיימתי אותו" - מילת הקישור המתאימה היא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שורש המילה "התלבשות"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משפט שאלה שמים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"ציפור", "ציפורים" ו"לצפצף" שייכות למשפחת מילים עם השורש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ד: התאמה בין סימן פיסוק לתפקידו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נקודה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ציטוט דברי מישהו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פסיק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הבעת רגש חזק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סימן 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הפרדה בין חלקי משפט או פריטים ברשימה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סימן 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סימון סוף 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מרכאות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שאלה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ה: סדר הפעולות למציאת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זהו את שלוש האותיות המשותפות - זהו השורש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 את המילה למילים דומות באותה משפחה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הסירו תחיליות וסיומות מהמילה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מצאו את המילה שבה רוצים לאתר את השורש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חלק ו: כתיבה עם מילת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על מצב שבו צריך סבלנות. השתמשו לפחות במילת קישור אחת ובסימני פיסוק מתאימים.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שתי מילים משורש אחד (למשל מהשורש צפר) וכתבו איתן משפט אחד משותף.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שורש המילה "מתרגשים"?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מילת קישור אחת שמביעה ניגוד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סימן פיסוק מסיימים משפט שאלה?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הלשון של ו׳ – שש תחנות בלשון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